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spacing w:line="240" w:lineRule="auto" w:after="120"/>
      </w:pPr>
      <w:r>
        <w:rPr>
          <w:rFonts w:ascii="微软雅黑" w:hAnsi="微软雅黑" w:eastAsia="微软雅黑"/>
          <w:b/>
          <w:i w:val="0"/>
          <w:color w:val="000000"/>
          <w:sz w:val="36"/>
        </w:rPr>
        <w:t>Mermaid export check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92177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92177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